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לפי תפקיד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שש קבוצות של מילות קישור (פתיחה, הוספה, דוגמה, ניגוד, סיבה, מסקנה)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התפקיד של מילת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קישור בכתיבת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תפקיד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ניגוד והסתייגות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מסקנה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(ניגוד והסתייגות)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(מסקנה וסיכום)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במילת קישור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מופיעה ברשימת הניגוד יחד עם "אבל" ו"אולם"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"כגון" שייכת לקבוצת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"לכן" מופיעה בקבוצת המסקנה והסיכום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שייך לקבוצת הפתיחה והבעת העמדה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שהתלמיד/ה מביע/ה עמדה ברורה, משתמש/ת בלפחות שלוש מילות קישור מקבוצות שונות בצורה נכונה, והפסקה מסתיימת במסקנה הגיונית.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מתאימה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ניתנה דוגמה נכונה לכל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המושלם הגיוני ומשתמש נכון במילות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לתלמידים את המילים מהדף ולבקש שיסווגו אותן לקבוצות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שבכל קבוצה יש כמה מילים שאפשר להחליף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הכתיבה אפשר לעודד עבודה בזוגות ולבדוק יחד אם נעשה שימוש נכון בקישורים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לפי תפקיד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כשכותבים טיעון צריך מילים שמחברות בין משפטים. בדף הזה יש שש קבוצות של מילים כאלה. נלמד איזו מילה שייכת לאיזו 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 ועוזרת להבין את הקשר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שבה מביעים עמדה ומסבירים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של הכותב בנושא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הסתייגות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הסתייגות מרעיון, לרוב במילים כמו אבל או אולם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המסכם את הטיעון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פרטי שממחיש רעיון כללי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למה קרה או קורה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תפקיד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"לדעתי" שייכת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"בנוסף" שייכת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"למשל" שייכת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"אבל" שייכת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והסתייגות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"מפני ש" שייכת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"לכן" שייכת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מסקנה וסיכום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 והסתייגות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היות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לפיכך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זאת ועוד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מסקנה וסיכום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במילת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שיעורי בית עוזרים לתלמידים להתרגל לבד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התלמידים לומדים בכיתה, ו__________ הם גם מתרגלים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תלמידים אוהבים טלוויזיה, הם צריכים גם לקרוא 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הרבה שיעורי בית, __________ התלמידים עייפים בערב.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בעד הפסקה ארוכה יותר, __________ התלמידים יתרכזו טוב יותר בשיעור.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"אמנם" שייכת לקבוצת הניגוד וההסתייגות.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"כגון" משמשת לפתיחה ולהבעת עמדה.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במילה "לכן" כדי להציג מסקנה.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"אני בעד" שייך לקבוצת הסיבה.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(3-4 משפטים) בנושא: האם שיעורי בית בכל יום הם יותר מדי? השתמשו בלפחות שלוש מילות קישור מקבוצות שונות (למשל פתיחה, סיבה, מסקנה).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מקבוצת הפתיחה ואחת מקבוצת המסקנה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מילת קישור של הוספה למילת קישור של ניגוד? תנו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אני חושב/ת ש..., כי ..., ולכן 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 לפי תפקיד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