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קישור לפי תפקיד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שש קבוצות של מילות קישור (פתיחה, הוספה, דוגמה, ניגוד, סיבה, מסקנה)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התפקיד של מילת קישור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במילות קישור בכתיבת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תפקיד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הבעת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הוספה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ניגוד והסתייגות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מסקנה וסיכום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מילה לקבוצה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(ניגוד והסתייגות)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(דוגמה)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(מסקנה וסיכום)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(הוספה)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 במילת קישור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לדעתי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למרות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היא מופיעה ברשימת הניגוד יחד עם "אבל" ו"אולם"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"כגון" שייכת לקבוצת הדוגמה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"לכן" מופיעה בקבוצת המסקנה והסיכום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הוא שייך לקבוצת הפתיחה והבעת העמדה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עם מילות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שהתלמיד/ה מביע/ה עמדה ברורה, משתמש/ת בלפחות שלוש מילות קישור מקבוצות שונות בצורה נכונה, והפסקה מסתיימת במסקנה הגיונית.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המילה מתאימה לקבוצה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ניתנה דוגמה נכונה לכל 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המושלם הגיוני ומשתמש נכון במילות הקישור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לתלמידים את המילים מהדף ולבקש שיסווגו אותן לקבוצות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שבכל קבוצה יש כמה מילים שאפשר להחליף ביניהן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בתרגיל הכתיבה אפשר לעודד עבודה בזוגות ולבדוק יחד אם נעשה שימוש נכון בקישורים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קישור לפי תפקיד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כדי לכתוב טיעון משכנע צריך לחבר בין המשפטים במילים מתאימות. בכל קבוצה יש מילים שעושות עבודה אחרת - יש שמביעות עמדה, יש שמוסיפות מידע, יש שנותנות דוגמה או סיבה, ויש שמסכמות.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תפקיד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המילה "לדעתי" משמשת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הבעת 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הוספה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מסקנה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המילה "בנוסף" משמשת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הוספה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המילה "למשל" משמשת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מסקנה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המילה "אבל" משמשת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הוספה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 והסתייגות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מסקנה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המילה "מפני ש" משמשת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הוספה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המילה "לכן" משמשת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מסקנה וסיכום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פתיחה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התאמת מילה לקבוצה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לעומת זאת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כגון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מסקנה וסיכום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היות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הוספה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לפיכך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ניגוד והסתייגות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זאת ועוד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דוגמה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 במילת קישור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שיעורי בית עוזרים לתלמידים להתרגל לבד בבית.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התלמידים לומדים בכיתה, ו__________ הם גם מתרגלים בבית.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תלמידים אוהבים טלוויזיה, הם צריכים גם לקרוא ספרים.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יש הרבה שיעורי בית, __________ התלמידים עייפים בערב.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אני בעד הפסקה ארוכה יותר, __________ התלמידים יתרכזו טוב יותר בשיעור.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"אמנם" שייכת לקבוצת הניגוד וההסתייגות.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"כגון" משמשת לפתיחה ולהבעת עמדה.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להשתמש במילה "לכן" כדי להציג מסקנה.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הביטוי "אני בעד" שייך לקבוצת הסיבה.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עם 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פסקת טיעון קצרה (3-4 משפטים) בנושא: האם שיעורי בית בכל יום הם יותר מדי? השתמשו בלפחות שלוש מילות קישור מקבוצות שונות (למשל פתיחה, סיבה, מסקנה).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מילת קישור אחת מקבוצת הפתיחה ואחת מקבוצת המסקנה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מילת קישור של הוספה למילת קישור של ניגוד? תנו דוגמה לכל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אני חושב/ת ש..., כי ..., ולכן ...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קישור לפי תפקיד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